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🚀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משחקי חשיבה לכיתה – ג׳–ד׳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ג׳–ד׳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📘 חוברת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</w:t>
        </w:r>
      </w:hyperlink>
    </w:p>
    <w:p>
      <w:pPr>
        <w:bidi w:val="1"/>
        <w:jc w:val="right"/>
      </w:pPr>
      <w:hyperlink w:anchor="sE">
        <w:r>
          <w:rPr>
            <w:rtl w:val="1"/>
            <w:u w:val="single"/>
            <w:color w:val="1E40AF"/>
          </w:rPr>
          <w:t xml:space="preserve">• חדר בריחה</w:t>
        </w:r>
      </w:hyperlink>
    </w:p>
    <w:p>
      <w:pPr>
        <w:bidi w:val="1"/>
        <w:jc w:val="right"/>
      </w:pPr>
      <w:hyperlink w:anchor="sW">
        <w:r>
          <w:rPr>
            <w:rtl w:val="1"/>
            <w:u w:val="single"/>
            <w:color w:val="1E40AF"/>
          </w:rPr>
          <w:t xml:space="preserve">• חידה משלי</w:t>
        </w:r>
      </w:hyperlink>
    </w:p>
    <w:p>
      <w:pPr>
        <w:pStyle w:val="Heading1"/>
        <w:bidi w:val="1"/>
        <w:jc w:val="right"/>
      </w:pPr>
      <w:bookmarkStart w:id="29239" w:name="s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🧒 דפי התלמיד/ה</w:t>
      </w:r>
      <w:bookmarkEnd w:id="29239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ברוכים הבאים לעולם החידות! קראו כל משימה בעיון, חשבו לבד או בזוג, וסמנו או כתבו את התשובה. בהצלחה! 🎯</w:t>
      </w:r>
    </w:p>
    <w:p>
      <w:pPr>
        <w:pStyle w:val="Heading2"/>
        <w:bidi w:val="1"/>
        <w:jc w:val="right"/>
      </w:pPr>
      <w:bookmarkStart w:id="33970" w:name="sA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חלק א׳ – 🇮🇱 ששי ישראלי</w:t>
      </w:r>
      <w:bookmarkEnd w:id="3397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💧 מהו אגם המים המתוקים הגדול בישראל?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הכנרת   ◯ ים המלח   ◯ מפרץ אילת   ◯ הים התיכון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🧂 באיזה ים המים כל כך מלוחים שאפשר לצוף בו בקלות?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הכנרת   ◯ הים האדום   ◯ ים המלח   ◯ הים התיכון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🏜️ איזה מדבר גדול משתרע בדרום ישראל?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סהרה   ◯ אטקמה   ◯ הנגב   ◯ גובי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✡️ איזה סמל מופיע באמצע דגל ישראל?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יונה   ◯ מגן דוד   ◯ מנורה   ◯ עלה של זית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🌳 באיזה חג נוהגים לנטוע עצים?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ל״ג בעומר   ◯ ט״ו בשבט   ◯ שבועות   ◯ פורים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📜 איזו מגילה קוראים בחג פורים?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מגילת אסתר   ◯ שיר השירים   ◯ מגילת רות   ◯ מגילת איכה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🔡 כמה אותיות סופיות יש בעברית (כמו ך ו־ם)?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3   ◯ 7   ◯ 10   ◯ 5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🫒 מאיזה עץ מפיקים שמן ירוק-זהוב?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עץ הזית   ◯ עץ האורן   ◯ עץ האלון   ◯ עץ הברוש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9. ⛰️ באיזו עיר עולה הר הכרמל מעל לנמל גדול?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טבריה   ◯ באר שבע   ◯ ערד   ◯ חיפה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10. 🐐 איזו חיה זריזה, עם קרניים מעוקלות, מטפסת על הצוקים בעין גדי?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יעל   ◯ שועל   ◯ צבי   ◯ גמל</w:t>
      </w:r>
    </w:p>
    <w:p>
      <w:pPr>
        <w:pStyle w:val="Heading2"/>
        <w:bidi w:val="1"/>
        <w:jc w:val="right"/>
      </w:pPr>
      <w:bookmarkStart w:id="83695" w:name="s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חלק ב׳ – 🔢 חידה בקטנה</w:t>
      </w:r>
      <w:bookmarkEnd w:id="83695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שבתיבה, כתבו את דרך הפתרון ואת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🐄 ראשים ורגליים בחווה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בחווה יש רק פרות ותרנגולות. ספרנו 7 ראשים ו-20 רגליים. כמה פרות יש בחווה?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🧱 מגדל הקוביות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נוי בונה מגדלי קוביות: במגדל הראשון 1 קובייה, אחר כך 3, אחר כך 6, אחר כך 10, אחר כך 15. כמה קוביות יהיו במגדל הבא?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⚖️ תפוחים על המאזניים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בצד אחד של המאזניים 3 תפוחים שווים במשקל, ובצד השני משקולת של 600 גרם. המאזניים מאוזנים. כמה שוקל תפוח אחד?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🍰 רבע עוגה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עוגת יום הולדת חתוכה ל-12 חתיכות שוות. בהפסקה אכלו רבע מהעוגה. כמה חתיכות נשארו?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🙋 הצבעה במועצת הכיתה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בכיתה 28 תלמידים ותלמידות. חצי הצביעו בעד "יום ספורט", רבע בעד "יום יצירה", והשאר בעד "פיקניק". כמה הצביעו בעד פיקניק?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24386" w:name="sC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חלק ג׳ – 🧩 מילה משותפת ו📍 גלו את המקום</w:t>
      </w:r>
      <w:bookmarkEnd w:id="24386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המילה שמתחברת לכל ארבע המילים, וכתבו אותה בשורה. אחר כך גלו את המקום לפי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🌙 ירח · 🟢 ירוק · 🕯️ נר · ✨ כוכבים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🎢 הרים · 🚇 תחתית · 📦 משא · 🚊 קלה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🛏️ שינה · 🍽️ אוכל · 👩‍🏫 מורים · 🏋️ כושר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⌚ יד · 🔔 מעורר · ⏳ חול · 🧱 קיר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🥇 זהב · 🗡️ חרב · 🤡 ליצן · 🧂 מלוח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🌊 ים · ☄️ שביט · 🪐 לכת · 🌠 נופל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🧂 ⬇️ 🛟 🏜️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המקום הנמוך ביותר ביבשה בעולם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💧 🐟 🌿 🎻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אגם של מים מתוקים, ויש אומרים שצורתו כמו כלי נגינה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❄️ ⛷️ 🏔️ 🌲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בחורף יש עליו שלג ואפשר לגלוש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🐠 🪸 ☀️ ⛵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העיר הדרומית ביותר בישראל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</w:t>
            </w:r>
          </w:p>
        </w:tc>
      </w:tr>
    </w:tbl>
    <w:p>
      <w:pPr>
        <w:pStyle w:val="Heading2"/>
        <w:bidi w:val="1"/>
        <w:jc w:val="right"/>
      </w:pPr>
      <w:bookmarkStart w:id="24758" w:name="sE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🔐 חדר בריחה על הדף: הַכַּרְטִיסִים שֶׁל הָרַכֶּבֶת</w:t>
      </w:r>
      <w:bookmarkEnd w:id="2475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🚂 רכבת קטנה שעצרה בתחנה שקטה בין ההרים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הרכבת הקטנה עצרה בתחנה באמצע הדרך. הכַּרְטִיסָנִית גילתה שתיבת הכרטיסים נעולה במנעול של 4 ספרות. בלי הכרטיסים אי אפשר להמשיך לנסוע! הנוסעים והנוסעות החליטו לחפש רמזים בקרון.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1: בקרון הראשון יש 3 שורות של מושבים, ובכל שורה 3 מושבים.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כמה מושבים יש בקרון? המספר הוא הספרה הראשונה.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2: על השעון בתחנה כתוב: הרכבת יצאה בשעה 3:00 ונסעה שעתיים עד לכאן.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באיזו שעה הגיעה הרכבת לתחנה? מספר השעה הוא הספרה השנייה.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3: על כל כרטיס מודפסת המילה: רכבת.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כמה אותיות יש במילה 'רכבת'? זו הספרה השלישית.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4: על החלון יש מדבקות עם מספרים: 20, 15, 10, 5, 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איזה מספר בא אחרי 5? זו הספרה האחרונה.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 xml:space="preserve">🔒 הקוד שלנו:   ▢   ▢   ▢   ▢ </w:t>
      </w:r>
    </w:p>
    <w:p>
      <w:pPr>
        <w:pStyle w:val="Heading2"/>
        <w:bidi w:val="1"/>
        <w:jc w:val="right"/>
      </w:pPr>
      <w:bookmarkStart w:id="7863" w:name="sW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✍️ חידה משלי</w:t>
      </w:r>
      <w:bookmarkEnd w:id="786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חידה, שאלת טריוויה או סט 'מילה משותפת' משלכם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חידה הייתה הכי מאתגרת בעיניי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דבר אחד חדש שלמדתי על ישראל: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איך עבדתי עם הקבוצה? ⭐⭐⭐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חוברת תלמיד/ה – ג׳–ד׳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חוברת תלמיד/ה – ג׳–ד׳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